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מפה כמו מקרא, תחנה וסימן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מסלול סיור ביישוב בצורה בטוחה ומסודרת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ש־מ־ר ולחשוב על התנהגות נכונה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רשימת הסימנים והמשמעות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4-5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מראים את הכיוון מתחנה לתחנה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הגינה שייכת לכולם וצריך לשמור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(עץ או גינה)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(ספרייה או 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ישיבה או פארק)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(חנות או מרכול)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בניית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4-5 תחנות אהובות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סימן מתאים לכל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מציירים את הסימנים במקומות הנכונים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חצים בין התחנות לפי סדר הסיור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תחנה, פעולה וסיבה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סימן למשמעותו, למשל 🌳 = עץ או 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 סביר כמו לספר למבוגר לפני היציאה או ללכת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לשמור, שומר או שמירה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ריקה אמיתית של האזור כדי שהתלמידים יתרגלו על חומר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במקרה של דניאל וליה לפני המשימה האישית, כדי לחזק ערכים של שמירה על מקום ציבורי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לתת לתלמידים לבחור רמה לפי יכולתם, כפי שמוצע בדף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לתכנן מסלול סיור ביישוב, לקרוא מפה ולהבין מה זה מקרא. מתרגלים גם איך מתנהגים נכון בסיור ציבורי.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מקרא  ·  לשמור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מקרא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הסימנים והמשמעות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רשימת שמות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התחנות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תחנות מומלץ לסמן במפה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4-5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תחנה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תפקיד החצים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מראים את הכיוון מתחנה לתחנה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מראים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מראים את השעה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מקרא עוזר להבין מה כל סימן במפה אומר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לקטוף פרחים מהגינה הציבורית כמתנה לסבתא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היציאה לסיור חשוב __________ על כללי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רשימת הסימנים ופירושם במפה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חנות או מרכול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ישיבה או פארק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עץ או גינה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ספרייה או 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שלבים – בניית המפה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מציירים את הסימנים במקומות הנכונים במפה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4-5 תחנות אהובות ביישוב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מציירים חצים בין התחנות לפי סדר הסיור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סימן מתאים לכל 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3-4 משפטים: איזו תחנה הייתם רוצים לבקר בה בסיור, מה תעשו שם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סימן אחד במפה ומה הוא אומר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כלל אחד לסיור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