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מפה כמו מקרא, תחנה וסימן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מסלול סיור ביישוב בצורה בטוחה ומסודרת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ש־מ־ר ולחשוב על התנהגות נכונה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רשימת הסימנים והמשמעות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4-5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מראים את הכיוון מתחנה לתחנה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לתכנן מסלול ולספר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הגינה שייכת לכולם וצריך לשמור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מבטיחות בסיור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תחנה מקבלת סימן שמתאים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(עץ או 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(ספרייה או 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ישיבה או פארק)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(חנות או מרכול)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(הסבר על הסימנים במפה)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בניית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4-5 תחנות אהובות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סימן מתאים לכל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מציירים את הסימנים במקומות הנכונים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חצים בין התחנות לפי סדר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בונים מקרא בפינת המפה שמסביר כל סימן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תחנה, פעולה וסיבה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טובה: ליה יכולה להסביר שהגינה שייכת לכולם ואסור לקטוף ממנה. דניאל יכול להביא תמונה, ציור או סיפור על הסיור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סימן למשמעותו, למשל 🌳 = עץ או 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 סביר כמו לספר למבוגר לפני היציאה או ללכת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לשמור, שומר או שמירה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ריקה אמיתית של האזור כדי שהתלמידים יתרגלו על חומר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במקרה של דניאל וליה לפני המשימה האישית, כדי לחזק ערכים של שמירה על מקום ציבורי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לתת לתלמידים לבחור רמה לפי יכולתם, כפי שמוצע בדף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לתכנן מסלול סיור ביישוב, לקרוא מפה ולהבין מה זה מקרא. מתרגלים גם איך מתנהגים נכון בסיור ציבורי.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מקרא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הסימנים והמשמעות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שמות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התחנות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היישוב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מומלץ לסמן במפה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4-5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החצים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מראים את הכיוון מתחנה לתחנה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מראים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מראים את השעה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מראים את צבע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לעשות לפני יציאה לסיור ביישוב?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לתכנן מסלול ולספר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לקטוף פרחים בגינה הציבורית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לבד רחוק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יכול לייצג גינה עם עצים?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מקרא עוזר להבין מה כל סימן במפה אומר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פרחים מהגינה הציבורית כמתנה לסבתא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לספר למבוגר אחראי על מסלול הסיור לפני היציאה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תחנה במפה יכולה לקבל סימן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היציאה לסיור חשוב __________ על כללי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רשימת הסימנים ופירושם במפה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 שמחבר בין תחנה לתחנה ומראה כיוון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ש__________ על הגינה הציבורית עוזר לשמור אותה יפה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במקום לקטוף פרח, דניאל יכול להביא לסבתא __________ מהסיור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על הסימנים במפה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עץ או גינה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ספרייה או 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ישיבה או פארק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חנות או מרכול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– בניית המפה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מקרא בפינת המפה שמסביר כל סימן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4-5 תחנות אהובות ביישוב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חצים בין התחנות לפי סדר הסיור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סימן מתאים לכל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את הסימנים במקומות הנכונים במפה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איזו תחנה הייתם רוצים לבקר בה בסיור, מה תעשו שם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בסיור, דניאל רוצה לקטוף פרח יפה מהגינה הציבורית כמתנה לסבתא. מה ליה יכולה להגיד לו, ואיזו מתנה אחרת הוא יכול להביא מהסיור?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סימן אחד במפה ומה הוא אומר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אחד לסיור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מהשורש ש־מ־ר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